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Lines/>
        <w:widowControl/>
        <w:spacing w:before="1840" w:after="200"/>
        <w:jc w:val="center"/>
      </w:pPr>
      <w:r>
        <w:rPr>
          <w:rFonts w:ascii="Calibri" w:hAnsi="Calibri"/>
          <w:b/>
          <w:color w:val="2E74B5"/>
          <w:sz w:val="26"/>
        </w:rPr>
        <w:t>CHOKOBEATS</w:t>
      </w:r>
    </w:p>
    <w:p>
      <w:pPr>
        <w:keepLines/>
        <w:widowControl/>
        <w:spacing w:after="160"/>
        <w:jc w:val="center"/>
      </w:pPr>
      <w:r>
        <w:rPr>
          <w:rFonts w:ascii="Calibri" w:hAnsi="Calibri"/>
          <w:b/>
          <w:color w:val="1F4D78"/>
          <w:sz w:val="60"/>
        </w:rPr>
        <w:t>Website Policies</w:t>
      </w:r>
    </w:p>
    <w:p>
      <w:pPr>
        <w:keepLines/>
        <w:widowControl/>
        <w:spacing w:after="600"/>
        <w:jc w:val="center"/>
      </w:pPr>
      <w:r>
        <w:rPr>
          <w:rFonts w:ascii="Calibri" w:hAnsi="Calibri"/>
          <w:color w:val="5A5A5A"/>
          <w:sz w:val="24"/>
        </w:rPr>
        <w:t>Terms and Conditions  |  Privacy Policy  |  Refund &amp; Cancellation Policy</w:t>
      </w:r>
    </w:p>
    <w:p>
      <w:pPr>
        <w:keepLines/>
        <w:widowControl/>
        <w:spacing w:after="120"/>
        <w:jc w:val="center"/>
      </w:pPr>
      <w:r>
        <w:rPr>
          <w:rFonts w:ascii="Calibri" w:hAnsi="Calibri"/>
          <w:b/>
          <w:sz w:val="22"/>
        </w:rPr>
        <w:t>Effective date: August 9, 2026</w:t>
      </w:r>
    </w:p>
    <w:p>
      <w:pPr>
        <w:keepLines/>
        <w:widowControl/>
        <w:ind w:left="792" w:right="792"/>
        <w:jc w:val="center"/>
      </w:pPr>
      <w:r>
        <w:rPr>
          <w:rFonts w:ascii="Calibri" w:hAnsi="Calibri"/>
          <w:color w:val="5A5A5A"/>
          <w:sz w:val="22"/>
        </w:rPr>
        <w:t>Professional recording, production, mixing and mastering services in Los Angeles, California.</w:t>
      </w:r>
    </w:p>
    <w:p>
      <w:pPr>
        <w:keepLines/>
        <w:widowControl/>
        <w:spacing w:before="1900"/>
        <w:jc w:val="center"/>
      </w:pPr>
      <w:r>
        <w:rPr>
          <w:rFonts w:ascii="Calibri" w:hAnsi="Calibri"/>
          <w:i/>
          <w:color w:val="5A5A5A"/>
          <w:sz w:val="18"/>
        </w:rPr>
        <w:t>For website publication. Independent legal review is recommended before use.</w:t>
      </w:r>
    </w:p>
    <w:p>
      <w:pPr>
        <w:keepLines/>
        <w:widowControl/>
      </w:pPr>
      <w:r>
        <w:br w:type="page"/>
      </w:r>
    </w:p>
    <w:p>
      <w:pPr>
        <w:pStyle w:val="Heading1"/>
        <w:widowControl/>
      </w:pPr>
      <w:r>
        <w:t>1. Terms and Conditions</w:t>
      </w:r>
    </w:p>
    <w:p>
      <w:pPr>
        <w:pStyle w:val="PolicyLead"/>
        <w:keepLines/>
        <w:widowControl/>
      </w:pPr>
      <w:r>
        <w:t>Effective date: August 9, 2026</w:t>
      </w:r>
    </w:p>
    <w:p>
      <w:pPr>
        <w:keepLines/>
        <w:widowControl/>
      </w:pPr>
      <w:r>
        <w:t>By visiting Chokobeats.com or purchasing services from Chokobeats, you agree to these Terms and Conditions.</w:t>
      </w:r>
    </w:p>
    <w:p>
      <w:pPr>
        <w:pStyle w:val="Heading2"/>
        <w:widowControl/>
      </w:pPr>
      <w:r>
        <w:t>Services</w:t>
      </w:r>
    </w:p>
    <w:p>
      <w:pPr>
        <w:keepLines/>
        <w:widowControl/>
      </w:pPr>
      <w:r>
        <w:t>Chokobeats provides recording, music production, beat licensing, mixing, mastering and related creative services. The exact scope, price and delivery schedule depend on the service or package selected.</w:t>
      </w:r>
    </w:p>
    <w:p>
      <w:pPr>
        <w:pStyle w:val="Heading2"/>
        <w:widowControl/>
      </w:pPr>
      <w:r>
        <w:t>Booking and Payment</w:t>
      </w:r>
    </w:p>
    <w:p>
      <w:pPr>
        <w:keepLines/>
        <w:widowControl/>
      </w:pPr>
      <w:r>
        <w:t>All bookings are subject to availability. Full payment or the required deposit must be received to secure a session. A requested date is not confirmed until payment and booking confirmation have been provided. Recording time includes setup, session preparation, file organization, bouncing and exporting. Clients should arrive on time and prepared. Time lost because of late arrival will be deducted from the reserved session.</w:t>
      </w:r>
    </w:p>
    <w:p>
      <w:pPr>
        <w:pStyle w:val="Heading2"/>
        <w:widowControl/>
      </w:pPr>
      <w:r>
        <w:t>Client Materials</w:t>
      </w:r>
    </w:p>
    <w:p>
      <w:pPr>
        <w:keepLines/>
        <w:widowControl/>
      </w:pPr>
      <w:r>
        <w:t>Clients confirm that they have the legal right to use all recordings, beats, samples, lyrics, images and other materials submitted to Chokobeats. Chokobeats is not responsible for copyright claims involving materials supplied by the client.</w:t>
      </w:r>
    </w:p>
    <w:p>
      <w:pPr>
        <w:pStyle w:val="Heading2"/>
        <w:widowControl/>
      </w:pPr>
      <w:r>
        <w:t>Creative Services and Revisions</w:t>
      </w:r>
    </w:p>
    <w:p>
      <w:pPr>
        <w:keepLines/>
        <w:widowControl/>
      </w:pPr>
      <w:r>
        <w:t>Mixing, mastering and custom-production services include only the revisions stated in the selected package. Revision requests must remain consistent with the original project direction. Additional revisions or major creative changes may require an additional fee.</w:t>
      </w:r>
    </w:p>
    <w:p>
      <w:pPr>
        <w:pStyle w:val="Heading2"/>
        <w:widowControl/>
      </w:pPr>
      <w:r>
        <w:t>Beat Licensing and Ownership</w:t>
      </w:r>
    </w:p>
    <w:p>
      <w:pPr>
        <w:keepLines/>
        <w:widowControl/>
      </w:pPr>
      <w:r>
        <w:t>Purchasing a beat does not transfer ownership unless an exclusive license or written ownership agreement specifically states otherwise. Usage rights are determined by the license provided with the purchase.</w:t>
      </w:r>
    </w:p>
    <w:p>
      <w:pPr>
        <w:pStyle w:val="Heading2"/>
        <w:widowControl/>
      </w:pPr>
      <w:r>
        <w:t>File Delivery and Storage</w:t>
      </w:r>
    </w:p>
    <w:p>
      <w:pPr>
        <w:keepLines/>
        <w:widowControl/>
      </w:pPr>
      <w:r>
        <w:t>Final files are delivered through the Chokobeats File Share page or another approved digital delivery method. Clients are responsible for downloading and backing up their files. Chokobeats does not guarantee permanent storage of sessions or delivered files.</w:t>
      </w:r>
    </w:p>
    <w:p>
      <w:pPr>
        <w:pStyle w:val="Heading2"/>
        <w:widowControl/>
      </w:pPr>
      <w:r>
        <w:t>Studio Conduct</w:t>
      </w:r>
    </w:p>
    <w:p>
      <w:pPr>
        <w:keepLines/>
        <w:widowControl/>
      </w:pPr>
      <w:r>
        <w:t>Clients and guests must behave professionally and respectfully. Chokobeats may end a session without a refund if conduct is unsafe, threatening, destructive, illegal or disruptive. The booking includes the recording artist and up to three guests unless prior approval is received. Anyone under 18 must be accompanied by a parent or legal guardian.</w:t>
      </w:r>
    </w:p>
    <w:p>
      <w:pPr>
        <w:pStyle w:val="Heading2"/>
        <w:widowControl/>
      </w:pPr>
      <w:r>
        <w:t>Results</w:t>
      </w:r>
    </w:p>
    <w:p>
      <w:pPr>
        <w:keepLines/>
        <w:widowControl/>
      </w:pPr>
      <w:r>
        <w:t>Chokobeats will provide services using professional judgment and reasonable care. Specific commercial results, including streams, sales, placements, label interest or radio play, are not guaranteed.</w:t>
      </w:r>
    </w:p>
    <w:p>
      <w:pPr>
        <w:pStyle w:val="Heading2"/>
        <w:widowControl/>
      </w:pPr>
      <w:r>
        <w:t>Limitation of Liability</w:t>
      </w:r>
    </w:p>
    <w:p>
      <w:pPr>
        <w:keepLines/>
        <w:widowControl/>
      </w:pPr>
      <w:r>
        <w:t>To the extent permitted by law, Chokobeats will not be responsible for indirect, incidental or consequential losses connected to the use of its website or services. Chokobeats' total liability will not exceed the amount paid for the service involved.</w:t>
      </w:r>
    </w:p>
    <w:p>
      <w:pPr>
        <w:pStyle w:val="Heading2"/>
        <w:widowControl/>
      </w:pPr>
      <w:r>
        <w:t>Governing Law</w:t>
      </w:r>
    </w:p>
    <w:p>
      <w:pPr>
        <w:keepLines/>
        <w:widowControl/>
      </w:pPr>
      <w:r>
        <w:t>These terms are governed by the laws of the State of California. Any dispute will be handled in Los Angeles County, California, unless applicable law requires otherwise.</w:t>
      </w:r>
    </w:p>
    <w:p>
      <w:pPr>
        <w:pStyle w:val="Heading2"/>
        <w:widowControl/>
      </w:pPr>
      <w:r>
        <w:t>Contact</w:t>
      </w:r>
    </w:p>
    <w:p>
      <w:pPr>
        <w:keepLines/>
        <w:widowControl/>
      </w:pPr>
      <w:r>
        <w:t>Questions regarding these terms may be submitted through the Chokobeats website or by calling or texting 213-373-1910.</w:t>
      </w:r>
    </w:p>
    <w:p>
      <w:pPr>
        <w:keepLines/>
        <w:widowControl/>
      </w:pPr>
      <w:r>
        <w:br w:type="page"/>
      </w:r>
    </w:p>
    <w:p>
      <w:pPr>
        <w:pStyle w:val="Heading1"/>
        <w:widowControl/>
      </w:pPr>
      <w:r>
        <w:t>2. Privacy Policy</w:t>
      </w:r>
    </w:p>
    <w:p>
      <w:pPr>
        <w:pStyle w:val="PolicyLead"/>
        <w:keepLines/>
        <w:widowControl/>
      </w:pPr>
      <w:r>
        <w:t>Effective date: August 9, 2026</w:t>
      </w:r>
    </w:p>
    <w:p>
      <w:pPr>
        <w:keepLines/>
        <w:widowControl/>
      </w:pPr>
      <w:r>
        <w:t>Chokobeats respects your privacy. This policy explains what information may be collected through Chokobeats.com and how that information may be used.</w:t>
      </w:r>
    </w:p>
    <w:p>
      <w:pPr>
        <w:pStyle w:val="Heading2"/>
        <w:widowControl/>
      </w:pPr>
      <w:r>
        <w:t>Information We Collect</w:t>
      </w:r>
    </w:p>
    <w:p>
      <w:pPr>
        <w:keepLines/>
        <w:widowControl/>
      </w:pPr>
      <w:r>
        <w:t>We may collect information that you voluntarily provide, including your name, email address, telephone number, booking and project information, files uploaded for recording, mixing, mastering or production, communications, revision notes, and transaction or payment-related information. Payment information may be processed by third-party payment providers. Chokobeats does not directly store complete credit- or debit-card information. The website may also collect technical information automatically, including IP address, browser type, device information, pages visited, and cookie or analytics data.</w:t>
      </w:r>
    </w:p>
    <w:p>
      <w:pPr>
        <w:pStyle w:val="Heading2"/>
        <w:widowControl/>
      </w:pPr>
      <w:r>
        <w:t>How Information Is Used</w:t>
      </w:r>
    </w:p>
    <w:p>
      <w:pPr>
        <w:keepLines/>
        <w:widowControl/>
      </w:pPr>
      <w:r>
        <w:t>Information may be used to process purchases and studio reservations, provide requested creative services, communicate about bookings and projects, deliver completed files, maintain and improve the website, prevent fraud or misuse, comply with legal obligations, and send promotional communications when permitted. You may unsubscribe from promotional emails using the link provided in the message or by contacting Chokobeats.</w:t>
      </w:r>
    </w:p>
    <w:p>
      <w:pPr>
        <w:pStyle w:val="Heading2"/>
        <w:widowControl/>
      </w:pPr>
      <w:r>
        <w:t>Sharing Information</w:t>
      </w:r>
    </w:p>
    <w:p>
      <w:pPr>
        <w:keepLines/>
        <w:widowControl/>
      </w:pPr>
      <w:r>
        <w:t>Chokobeats may share necessary information with service providers that support website hosting, payments, scheduling, analytics, file delivery and business operations. These providers may only use the information as permitted by their agreements and applicable law. Chokobeats does not sell personal information. Information may be disclosed when legally required or when necessary to protect Chokobeats, its clients or others.</w:t>
      </w:r>
    </w:p>
    <w:p>
      <w:pPr>
        <w:pStyle w:val="Heading2"/>
        <w:widowControl/>
      </w:pPr>
      <w:r>
        <w:t>Cookies</w:t>
      </w:r>
    </w:p>
    <w:p>
      <w:pPr>
        <w:keepLines/>
        <w:widowControl/>
      </w:pPr>
      <w:r>
        <w:t>Chokobeats.com may use cookies and similar technologies to operate the website, understand website activity and improve the visitor experience. Cookie preferences may be managed through the website's cookie settings or your browser.</w:t>
      </w:r>
    </w:p>
    <w:p>
      <w:pPr>
        <w:pStyle w:val="Heading2"/>
        <w:widowControl/>
      </w:pPr>
      <w:r>
        <w:t>File Security and Retention</w:t>
      </w:r>
    </w:p>
    <w:p>
      <w:pPr>
        <w:keepLines/>
        <w:widowControl/>
      </w:pPr>
      <w:r>
        <w:t>Reasonable measures are used to protect submitted information and audio files. However, no online system can guarantee complete security. Information is retained only as long as reasonably necessary for business, legal and project-related purposes. Clients should download and independently back up all delivered files.</w:t>
      </w:r>
    </w:p>
    <w:p>
      <w:pPr>
        <w:pStyle w:val="Heading2"/>
        <w:widowControl/>
      </w:pPr>
      <w:r>
        <w:t>Your Choices and Rights</w:t>
      </w:r>
    </w:p>
    <w:p>
      <w:pPr>
        <w:keepLines/>
        <w:widowControl/>
      </w:pPr>
      <w:r>
        <w:t>Depending on applicable law, you may request access to, correction of or deletion of certain personal information. You may also request information about how your personal information is used. To submit a request, use the contact form on Chokobeats.com or call or text 213-373-1910. Identity verification may be required before a request is completed.</w:t>
      </w:r>
    </w:p>
    <w:p>
      <w:pPr>
        <w:pStyle w:val="Heading2"/>
        <w:widowControl/>
      </w:pPr>
      <w:r>
        <w:t>Children's Privacy</w:t>
      </w:r>
    </w:p>
    <w:p>
      <w:pPr>
        <w:keepLines/>
        <w:widowControl/>
      </w:pPr>
      <w:r>
        <w:t>The website is not intended to collect personal information directly from children under 13. Clients under 18 must have the involvement and authorization of a parent or legal guardian.</w:t>
      </w:r>
    </w:p>
    <w:p>
      <w:pPr>
        <w:pStyle w:val="Heading2"/>
        <w:widowControl/>
      </w:pPr>
      <w:r>
        <w:t>Policy Updates</w:t>
      </w:r>
    </w:p>
    <w:p>
      <w:pPr>
        <w:keepLines/>
        <w:widowControl/>
      </w:pPr>
      <w:r>
        <w:t>This policy may be updated periodically. The effective date displayed above will identify the latest version.</w:t>
      </w:r>
    </w:p>
    <w:p>
      <w:pPr>
        <w:pStyle w:val="Heading2"/>
        <w:widowControl/>
      </w:pPr>
      <w:r>
        <w:t>Contact</w:t>
      </w:r>
    </w:p>
    <w:p>
      <w:pPr>
        <w:keepLines/>
        <w:widowControl/>
      </w:pPr>
      <w:r>
        <w:t>Questions about this Privacy Policy may be submitted through Chokobeats.com or by calling or texting 213-373-1910.</w:t>
      </w:r>
    </w:p>
    <w:p>
      <w:pPr>
        <w:keepLines/>
        <w:widowControl/>
      </w:pPr>
      <w:r>
        <w:br w:type="page"/>
      </w:r>
    </w:p>
    <w:p>
      <w:pPr>
        <w:pStyle w:val="Heading1"/>
        <w:widowControl/>
      </w:pPr>
      <w:r>
        <w:t>3. Refund &amp; Cancellation Policy</w:t>
      </w:r>
    </w:p>
    <w:p>
      <w:pPr>
        <w:pStyle w:val="PolicyLead"/>
        <w:keepLines/>
        <w:widowControl/>
      </w:pPr>
      <w:r>
        <w:t>Effective date: August 9, 2026</w:t>
      </w:r>
    </w:p>
    <w:p>
      <w:pPr>
        <w:keepLines/>
        <w:widowControl/>
      </w:pPr>
      <w:r>
        <w:t>This policy applies to recording sessions and other services purchased from Chokobeats.</w:t>
      </w:r>
    </w:p>
    <w:p>
      <w:pPr>
        <w:pStyle w:val="Heading2"/>
        <w:widowControl/>
      </w:pPr>
      <w:r>
        <w:t>Nonrefundable Payments</w:t>
      </w:r>
    </w:p>
    <w:p>
      <w:pPr>
        <w:keepLines/>
        <w:widowControl/>
      </w:pPr>
      <w:r>
        <w:t>All deposits, recording-session payments and payments for mixing, mastering, beat licensing and custom production are nonrefundable.</w:t>
      </w:r>
    </w:p>
    <w:p>
      <w:pPr>
        <w:pStyle w:val="Heading2"/>
        <w:widowControl/>
      </w:pPr>
      <w:r>
        <w:t>Recording Sessions</w:t>
      </w:r>
    </w:p>
    <w:p>
      <w:pPr>
        <w:keepLines/>
        <w:widowControl/>
      </w:pPr>
      <w:r>
        <w:t>At least 48 hours' notice is required to reschedule a recording session. When proper notice is provided, the payment may be transferred one time to another available date. Same-day cancellations, no-shows and rescheduling requests made with less than 48 hours' notice may result in the loss of the complete payment or deposit. Late arrival does not extend the scheduled ending time. The client is responsible for the complete reserved session fee.</w:t>
      </w:r>
    </w:p>
    <w:p>
      <w:pPr>
        <w:pStyle w:val="Heading2"/>
        <w:widowControl/>
      </w:pPr>
      <w:r>
        <w:t>Recording Packages</w:t>
      </w:r>
    </w:p>
    <w:p>
      <w:pPr>
        <w:keepLines/>
        <w:widowControl/>
      </w:pPr>
      <w:r>
        <w:t>The 8-hour recording package must be completed in one session. The 12-hour package may be divided into two 6-hour sessions when paid in full. The second session must be completed within 30 days of the first session. Unused recording time cannot be exchanged for cash or transferred to another client.</w:t>
      </w:r>
    </w:p>
    <w:p>
      <w:pPr>
        <w:pStyle w:val="Heading2"/>
        <w:widowControl/>
      </w:pPr>
      <w:r>
        <w:t>Mixing, Mastering and Production</w:t>
      </w:r>
    </w:p>
    <w:p>
      <w:pPr>
        <w:keepLines/>
        <w:widowControl/>
      </w:pPr>
      <w:r>
        <w:t>Once work has begun, payments for mixing, mastering, beat licensing and custom production are nonrefundable. The revisions included with each service are stated on the applicable service page. Additional revisions, new creative directions or replacement files submitted after work begins may require an additional fee.</w:t>
      </w:r>
    </w:p>
    <w:p>
      <w:pPr>
        <w:pStyle w:val="Heading2"/>
        <w:widowControl/>
      </w:pPr>
      <w:r>
        <w:t>Studio Cancellation</w:t>
      </w:r>
    </w:p>
    <w:p>
      <w:pPr>
        <w:keepLines/>
        <w:widowControl/>
      </w:pPr>
      <w:r>
        <w:t>If Chokobeats must cancel a confirmed session and cannot provide a reasonable replacement date, the affected payment may be transferred to another service or refunded.</w:t>
      </w:r>
    </w:p>
    <w:p>
      <w:pPr>
        <w:pStyle w:val="Heading2"/>
        <w:widowControl/>
      </w:pPr>
      <w:r>
        <w:t>Contact</w:t>
      </w:r>
    </w:p>
    <w:p>
      <w:pPr>
        <w:keepLines/>
        <w:widowControl/>
      </w:pPr>
      <w:r>
        <w:t>To request a permitted reschedule, contact Chokobeats as soon as possible through the website or call or text 213-373-1910.</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5A5A5A"/>
        <w:sz w:val="17"/>
      </w:rPr>
      <w:t xml:space="preserve">CHOKOBEATS  •  213-373-1910  |  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b/>
        <w:color w:val="5A5A5A"/>
        <w:sz w:val="17"/>
      </w:rPr>
      <w:t>CHOKOBEATS  |  WEBSITE POLICIES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olicyLead">
    <w:name w:val="Policy Lead"/>
    <w:pPr>
      <w:spacing w:after="240" w:line="264" w:lineRule="auto"/>
    </w:pPr>
    <w:rPr>
      <w:rFonts w:ascii="Calibri" w:hAnsi="Calibri"/>
      <w:i/>
      <w:color w:val="5A5A5A"/>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Chokobeats Website Policies</dc:title>
  <dc:subject>Terms and Conditions, Privacy Policy, and Refund &amp; Cancellation Policy</dc:subject>
  <dc:creator>Chokobeats</dc:creator>
  <cp:keywords/>
  <dc:description>generated by python-docx</dc:description>
  <cp:lastModifiedBy/>
  <cp:revision>1</cp:revision>
  <dcterms:created xsi:type="dcterms:W3CDTF">2013-12-23T23:15:00Z</dcterms:created>
  <dcterms:modified xsi:type="dcterms:W3CDTF">2013-12-23T23:15:00Z</dcterms:modified>
  <cp:category/>
</cp:coreProperties>
</file>